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Arial"/>
          <w:b/>
          <w:i w:val="0"/>
          <w:color w:val="1F2A44"/>
          <w:sz w:val="36"/>
        </w:rPr>
        <w:t>Multi-currency / bilingual-ready invoice</w:t>
      </w:r>
    </w:p>
    <w:p>
      <w:r>
        <w:rPr>
          <w:rFonts w:ascii="Arial" w:hAnsi="Arial" w:eastAsia="Arial"/>
          <w:b w:val="0"/>
          <w:i/>
          <w:color w:val="6B7280"/>
          <w:sz w:val="18"/>
        </w:rPr>
        <w:t>Free Kitebill Word template. Use your own FX rate. For EN+AR / EN+UR labels, use the web generator.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FROM</w:t>
            </w:r>
          </w:p>
        </w:tc>
        <w:tc>
          <w:tcPr>
            <w:tcW w:type="dxa" w:w="5270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BILL TO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Name / business: Maya Chen Creative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Name / business: Nordic Apps AS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Address: Remote / multi-currency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Address: Oslo, Norway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Email / phone: maya@example.com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Email / phone: finance@nordic.example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Payment / project: Wise / Payoneer / bank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Payment / project: API integration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Invoice #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Issue date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Currency</w:t>
            </w:r>
          </w:p>
        </w:tc>
      </w:tr>
      <w:tr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INV-0042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2026-10-01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2026-10-15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USD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0E9F8E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Optional field</w:t>
            </w:r>
          </w:p>
        </w:tc>
        <w:tc>
          <w:tcPr>
            <w:tcW w:type="dxa" w:w="5270"/>
            <w:shd w:fill="0E9F8E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Value (edit)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Invoice currency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USD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Your base currency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PKR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Exchange rate (1 invoice-currency = ? base)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278.50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Payment fee (platform/transfer)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15.00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Print language tip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For Arabic/Urdu labels: https://kitebill.pages.dev/generate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Terms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Net 15</w:t>
            </w:r>
          </w:p>
        </w:tc>
      </w:tr>
    </w:tbl>
    <w:p/>
    <w:p>
      <w:r>
        <w:rPr>
          <w:rFonts w:ascii="Arial" w:hAnsi="Arial" w:eastAsia="Arial"/>
          <w:b w:val="0"/>
          <w:i/>
          <w:color w:val="6B7280"/>
          <w:sz w:val="18"/>
        </w:rPr>
        <w:t>Line items — sample rows filled; blank rows ready for your work.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Tax %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Discount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API integration — milestone 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1,800.00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1,800.00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2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Documentation &amp; handover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4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90.00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50.00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310.00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Subtotal</w:t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2,110.00</w:t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Tax total</w:t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0.00</w:t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0E9F8E" w:val="clear"/>
          </w:tcPr>
          <w:p>
            <w:r>
              <w:rPr>
                <w:color w:val="FFFFFF"/>
              </w:rPr>
            </w: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TOTAL (USD)</w:t>
            </w:r>
          </w:p>
        </w:tc>
        <w:tc>
          <w:tcPr>
            <w:tcW w:type="dxa" w:w="1506"/>
            <w:shd w:fill="0E9F8E" w:val="clear"/>
          </w:tcPr>
          <w:p>
            <w:r>
              <w:rPr>
                <w:color w:val="FFFFFF"/>
              </w:rPr>
            </w: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2,110.00</w:t>
            </w:r>
          </w:p>
        </w:tc>
      </w:tr>
    </w:tbl>
    <w:p/>
    <w:p>
      <w:r>
        <w:rPr>
          <w:rFonts w:ascii="Arial" w:hAnsi="Arial" w:eastAsia="Arial"/>
          <w:b/>
          <w:i w:val="0"/>
          <w:color w:val="1F2A44"/>
          <w:sz w:val="22"/>
        </w:rPr>
        <w:t>Payment notes / terms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Enter the exchange rate you actually received (or expect). Record platform/transfer fees so net income matches your bank.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This document does not auto-convert totals to base currency — keep a separate note in your books if needed.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Bilingual EN+Arabic or EN+Urdu PDF labels: use the free generator (link in footer), not this Word file.</w:t>
      </w:r>
    </w:p>
    <w:p>
      <w:r>
        <w:rPr>
          <w:rFonts w:ascii="Arial" w:hAnsi="Arial" w:eastAsia="Arial"/>
          <w:b w:val="0"/>
          <w:i w:val="0"/>
          <w:color w:val="6B7280"/>
          <w:sz w:val="18"/>
        </w:rPr>
        <w:t>Extra notes: _______________________________________________</w:t>
      </w:r>
    </w:p>
    <w:p>
      <w:r>
        <w:rPr>
          <w:rFonts w:ascii="Arial" w:hAnsi="Arial" w:eastAsia="Arial"/>
          <w:b w:val="0"/>
          <w:i/>
          <w:color w:val="6B7280"/>
          <w:sz w:val="16"/>
        </w:rPr>
        <w:t>Free Kitebill template — not tax advice. Replace sample rows with your own. For a no-signup printable invoice (EN / EN+AR / EN+UR), open https://kitebill.pages.dev/generate — or the full app at https://kitebill.pages.dev/app/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